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6C586" w14:textId="77777777" w:rsidR="008C3435" w:rsidRDefault="005C7E4B">
      <w:pPr>
        <w:spacing w:after="45"/>
      </w:pPr>
      <w:r>
        <w:rPr>
          <w:b/>
          <w:spacing w:val="25"/>
          <w:sz w:val="22"/>
        </w:rPr>
        <w:t>OSNOVNA ŠKOLA POPOVAC</w:t>
      </w:r>
    </w:p>
    <w:p w14:paraId="46711D0A" w14:textId="77777777" w:rsidR="008C3435" w:rsidRDefault="005C7E4B">
      <w:pPr>
        <w:pStyle w:val="Naslov"/>
        <w:spacing w:before="100" w:after="45"/>
      </w:pPr>
      <w:r>
        <w:t>Zahtjev za plaćeni dopust</w:t>
      </w:r>
      <w:r>
        <w:br/>
        <w:t>ili godišnji odmor</w:t>
      </w:r>
    </w:p>
    <w:p w14:paraId="7C73E444" w14:textId="77777777" w:rsidR="008C3435" w:rsidRDefault="005C7E4B">
      <w:pPr>
        <w:spacing w:after="45"/>
      </w:pPr>
      <w:r>
        <w:t xml:space="preserve">Ime i prezime: </w:t>
      </w:r>
      <w:sdt>
        <w:sdtPr>
          <w:alias w:val="Ime i prezime"/>
          <w:tag w:val="field_101"/>
          <w:id w:val="101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kliknite za unos  </w:t>
          </w:r>
        </w:sdtContent>
      </w:sdt>
    </w:p>
    <w:p w14:paraId="05090A87" w14:textId="77777777" w:rsidR="008C3435" w:rsidRDefault="005C7E4B">
      <w:pPr>
        <w:spacing w:after="45"/>
      </w:pPr>
      <w:r>
        <w:t xml:space="preserve">Radno mjesto: </w:t>
      </w:r>
      <w:sdt>
        <w:sdtPr>
          <w:alias w:val="Radno mjesto"/>
          <w:tag w:val="field_102"/>
          <w:id w:val="102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kliknite za unos  </w:t>
          </w:r>
        </w:sdtContent>
      </w:sdt>
    </w:p>
    <w:p w14:paraId="46E5A041" w14:textId="77777777" w:rsidR="008C3435" w:rsidRDefault="005C7E4B">
      <w:pPr>
        <w:spacing w:after="45"/>
      </w:pPr>
      <w:r>
        <w:t>UPUTE   Ispunite 01 ili 02 te dio 03. Dio 04 ispunjava ravnatelj.</w:t>
      </w:r>
    </w:p>
    <w:p w14:paraId="7241B4D4" w14:textId="77777777" w:rsidR="008C3435" w:rsidRDefault="005C7E4B">
      <w:pPr>
        <w:pStyle w:val="Naslov1"/>
        <w:pBdr>
          <w:top w:val="single" w:sz="8" w:space="7" w:color="6B919F"/>
        </w:pBdr>
        <w:spacing w:before="190" w:after="95"/>
      </w:pPr>
      <w:r>
        <w:t>01    Plaćeni dopust</w:t>
      </w:r>
    </w:p>
    <w:p w14:paraId="5DC31356" w14:textId="77777777" w:rsidR="008C3435" w:rsidRDefault="005C7E4B">
      <w:pPr>
        <w:spacing w:after="45"/>
      </w:pPr>
      <w:r>
        <w:rPr>
          <w:sz w:val="20"/>
        </w:rPr>
        <w:t xml:space="preserve">Osnova za </w:t>
      </w:r>
      <w:r>
        <w:rPr>
          <w:sz w:val="20"/>
        </w:rPr>
        <w:t>korištenje dopusta (označiti i po potrebi dopuniti):</w:t>
      </w:r>
    </w:p>
    <w:p w14:paraId="1FC9C0DB" w14:textId="77777777" w:rsidR="008C3435" w:rsidRDefault="005C7E4B">
      <w:pPr>
        <w:tabs>
          <w:tab w:val="left" w:pos="4800"/>
        </w:tabs>
        <w:spacing w:after="45"/>
        <w:ind w:left="28"/>
      </w:pPr>
      <w:sdt>
        <w:sdtPr>
          <w:alias w:val="☐  Sklapanje braka ili životnog partnerstva"/>
          <w:tag w:val="field_103"/>
          <w:id w:val="10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Sklapanje braka ili životnog partnerstva</w:t>
      </w:r>
      <w:r>
        <w:tab/>
      </w:r>
      <w:sdt>
        <w:sdtPr>
          <w:alias w:val="☐  Rođenje ili posvojenje djeteta"/>
          <w:tag w:val="field_104"/>
          <w:id w:val="10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Rođenje ili posvojenje djeteta</w:t>
      </w:r>
    </w:p>
    <w:p w14:paraId="19F859A4" w14:textId="77777777" w:rsidR="008C3435" w:rsidRDefault="005C7E4B">
      <w:pPr>
        <w:spacing w:after="45"/>
        <w:ind w:left="28"/>
      </w:pPr>
      <w:sdt>
        <w:sdtPr>
          <w:alias w:val="☐  Smrt člana obitelji – srodstvo"/>
          <w:tag w:val="field_105"/>
          <w:id w:val="105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Smrt člana obitelji – srodstvo: </w:t>
      </w:r>
      <w:sdt>
        <w:sdtPr>
          <w:alias w:val="☐  Smrt člana obitelji – srodstvo"/>
          <w:tag w:val="field_106"/>
          <w:id w:val="106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6793B860" w14:textId="77777777" w:rsidR="008C3435" w:rsidRDefault="005C7E4B">
      <w:pPr>
        <w:spacing w:after="45"/>
        <w:ind w:left="28"/>
      </w:pPr>
      <w:sdt>
        <w:sdtPr>
          <w:alias w:val="☐  Teška bolest člana obitelji – srodstvo"/>
          <w:tag w:val="field_107"/>
          <w:id w:val="107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Teška bolest člana obitelji – srodstvo: </w:t>
      </w:r>
      <w:sdt>
        <w:sdtPr>
          <w:alias w:val="☐  Teška bolest člana obitelji – srodstvo"/>
          <w:tag w:val="field_108"/>
          <w:id w:val="108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291525E0" w14:textId="1323D7B5" w:rsidR="008C3435" w:rsidRDefault="005C7E4B">
      <w:pPr>
        <w:tabs>
          <w:tab w:val="left" w:pos="4800"/>
        </w:tabs>
        <w:spacing w:after="45"/>
        <w:ind w:left="28"/>
      </w:pPr>
      <w:sdt>
        <w:sdtPr>
          <w:alias w:val="☐  Selidba u istom mjestu stanovanja"/>
          <w:tag w:val="field_109"/>
          <w:id w:val="109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</w:t>
      </w:r>
      <w:proofErr w:type="spellStart"/>
      <w:r>
        <w:t>Selidba</w:t>
      </w:r>
      <w:proofErr w:type="spellEnd"/>
      <w:r>
        <w:t xml:space="preserve"> u </w:t>
      </w:r>
      <w:proofErr w:type="spellStart"/>
      <w:r>
        <w:t>is</w:t>
      </w:r>
      <w:r>
        <w:t>tom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ab/>
      </w:r>
      <w:sdt>
        <w:sdtPr>
          <w:alias w:val="☐  Selidba u drugo mjesto stanovanja"/>
          <w:tag w:val="field_110"/>
          <w:id w:val="110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 w:rsidR="00B90607">
            <w:rPr>
              <w:rFonts w:ascii="DejaVu Sans" w:hAnsi="DejaVu Sans"/>
            </w:rPr>
            <w:t>☐</w:t>
          </w:r>
        </w:sdtContent>
      </w:sdt>
      <w:r>
        <w:t xml:space="preserve">  </w:t>
      </w:r>
      <w:proofErr w:type="spellStart"/>
      <w:r>
        <w:t>Selidba</w:t>
      </w:r>
      <w:proofErr w:type="spellEnd"/>
      <w:r>
        <w:t xml:space="preserve"> u </w:t>
      </w:r>
      <w:proofErr w:type="spellStart"/>
      <w:r>
        <w:t>drugo</w:t>
      </w:r>
      <w:proofErr w:type="spellEnd"/>
      <w:r>
        <w:t xml:space="preserve"> mjesto stanovanja</w:t>
      </w:r>
    </w:p>
    <w:p w14:paraId="2B5AC48A" w14:textId="77777777" w:rsidR="008C3435" w:rsidRDefault="005C7E4B">
      <w:pPr>
        <w:tabs>
          <w:tab w:val="left" w:pos="4800"/>
        </w:tabs>
        <w:spacing w:after="45"/>
        <w:ind w:left="28"/>
      </w:pPr>
      <w:sdt>
        <w:sdtPr>
          <w:alias w:val="☐  Dobrovoljno darivanje krvi"/>
          <w:tag w:val="field_111"/>
          <w:id w:val="11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Dobrovoljno darivanje krvi</w:t>
      </w:r>
    </w:p>
    <w:p w14:paraId="5432A485" w14:textId="77777777" w:rsidR="008C3435" w:rsidRDefault="005C7E4B">
      <w:pPr>
        <w:spacing w:after="45"/>
        <w:ind w:left="28"/>
      </w:pPr>
      <w:sdt>
        <w:sdtPr>
          <w:alias w:val="☐  Hitan obiteljski razlog zbog bolesti ili nesretnog slučaja koji zahtijeva     trenutnu nazočnost zaposlenika"/>
          <w:tag w:val="field_112"/>
          <w:id w:val="11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Hitan obiteljski razlog zbog bolesti ili nesretnog slučaja koji zahtijeva</w:t>
      </w:r>
      <w:r>
        <w:br/>
        <w:t xml:space="preserve">     trenutnu nazočnost zaposlenika</w:t>
      </w:r>
    </w:p>
    <w:p w14:paraId="35DE599C" w14:textId="77777777" w:rsidR="008C3435" w:rsidRDefault="005C7E4B">
      <w:pPr>
        <w:spacing w:after="45"/>
        <w:ind w:left="28"/>
      </w:pPr>
      <w:sdt>
        <w:sdtPr>
          <w:alias w:val="☐  Nastupanje na kulturnim priredbama ili sportskim natjecanjima"/>
          <w:tag w:val="field_114"/>
          <w:id w:val="11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Nastupanje na kulturnim priredbama ili spor</w:t>
      </w:r>
      <w:r>
        <w:t>tskim natjecanjima</w:t>
      </w:r>
    </w:p>
    <w:p w14:paraId="2E20809A" w14:textId="77777777" w:rsidR="008C3435" w:rsidRDefault="005C7E4B">
      <w:pPr>
        <w:spacing w:after="45"/>
        <w:ind w:left="28"/>
      </w:pPr>
      <w:sdt>
        <w:sdtPr>
          <w:alias w:val="☐  Sudjelovanje u sindikalnim aktivnostima"/>
          <w:tag w:val="field_115"/>
          <w:id w:val="115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Sudjelovanje u sindikalnim aktivnostima</w:t>
      </w:r>
    </w:p>
    <w:p w14:paraId="2FF26000" w14:textId="77777777" w:rsidR="008C3435" w:rsidRDefault="005C7E4B">
      <w:pPr>
        <w:spacing w:after="45"/>
        <w:ind w:left="28"/>
      </w:pPr>
      <w:sdt>
        <w:sdtPr>
          <w:alias w:val="☐  Sudjelovanje u sindikalnim aktivnostima"/>
          <w:tag w:val="added_1001"/>
          <w:id w:val="100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Školovanje ili stručno usavršavanje po upućivanju poslodavca</w:t>
      </w:r>
    </w:p>
    <w:p w14:paraId="0059A17E" w14:textId="77777777" w:rsidR="008C3435" w:rsidRDefault="005C7E4B">
      <w:pPr>
        <w:spacing w:after="45"/>
        <w:ind w:left="28"/>
      </w:pPr>
      <w:sdt>
        <w:sdtPr>
          <w:alias w:val="☐  Sudjelovanje u sindikalnim aktivnostima"/>
          <w:tag w:val="added_1002"/>
          <w:id w:val="100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Priprema za stručni ispit</w:t>
      </w:r>
    </w:p>
    <w:p w14:paraId="03AEEC3D" w14:textId="6579F8C9" w:rsidR="00B90607" w:rsidRDefault="005C7E4B" w:rsidP="00B90607">
      <w:pPr>
        <w:spacing w:after="45"/>
        <w:ind w:left="28"/>
      </w:pPr>
      <w:sdt>
        <w:sdtPr>
          <w:alias w:val="☐  Sudjelovanje u sindikalnim aktivnostima"/>
          <w:tag w:val="added_1003"/>
          <w:id w:val="100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</w:t>
      </w:r>
      <w:proofErr w:type="spellStart"/>
      <w:r>
        <w:t>Polaganje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</w:p>
    <w:p w14:paraId="69B0A875" w14:textId="68BF0851" w:rsidR="008C3435" w:rsidRDefault="005C7E4B">
      <w:pPr>
        <w:spacing w:after="45"/>
        <w:ind w:left="28"/>
      </w:pPr>
      <w:sdt>
        <w:sdtPr>
          <w:alias w:val="☐  Druga osnova"/>
          <w:tag w:val="field_116"/>
          <w:id w:val="116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Druga </w:t>
      </w:r>
      <w:proofErr w:type="spellStart"/>
      <w:r>
        <w:t>osnova</w:t>
      </w:r>
      <w:proofErr w:type="spellEnd"/>
      <w:r>
        <w:t xml:space="preserve">: </w:t>
      </w:r>
      <w:sdt>
        <w:sdtPr>
          <w:alias w:val="☐  Druga osnova"/>
          <w:tag w:val="field_117"/>
          <w:id w:val="117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393B7E47" w14:textId="77777777" w:rsidR="008C3435" w:rsidRDefault="005C7E4B">
      <w:pPr>
        <w:spacing w:after="45"/>
      </w:pPr>
      <w:r>
        <w:t xml:space="preserve">Datum događaja: </w:t>
      </w:r>
      <w:sdt>
        <w:sdtPr>
          <w:alias w:val="Datum događaja"/>
          <w:tag w:val="field_118"/>
          <w:id w:val="118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  <w:r>
        <w:t xml:space="preserve">   Broj </w:t>
      </w:r>
      <w:r>
        <w:t xml:space="preserve">traženih radnih dana: </w:t>
      </w:r>
      <w:sdt>
        <w:sdtPr>
          <w:alias w:val="Datum događaja"/>
          <w:tag w:val="field_119"/>
          <w:id w:val="119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3A682CB4" w14:textId="77777777" w:rsidR="008C3435" w:rsidRDefault="005C7E4B">
      <w:pPr>
        <w:spacing w:after="45"/>
      </w:pPr>
      <w:r>
        <w:t xml:space="preserve">Datum/i ili razdoblje korištenja: </w:t>
      </w:r>
      <w:sdt>
        <w:sdtPr>
          <w:alias w:val="Datum/i ili razdoblje korištenja"/>
          <w:tag w:val="field_120"/>
          <w:id w:val="120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kliknite za unos  </w:t>
          </w:r>
        </w:sdtContent>
      </w:sdt>
    </w:p>
    <w:p w14:paraId="4987D719" w14:textId="77777777" w:rsidR="008C3435" w:rsidRDefault="005C7E4B">
      <w:pPr>
        <w:pStyle w:val="Naslov1"/>
        <w:pBdr>
          <w:top w:val="single" w:sz="8" w:space="7" w:color="6B919F"/>
        </w:pBdr>
        <w:spacing w:before="190" w:after="95"/>
      </w:pPr>
      <w:r>
        <w:t>02    Godišnji odmor</w:t>
      </w:r>
    </w:p>
    <w:p w14:paraId="7B53AE86" w14:textId="77777777" w:rsidR="008C3435" w:rsidRDefault="005C7E4B">
      <w:pPr>
        <w:spacing w:after="45"/>
        <w:ind w:left="28"/>
      </w:pPr>
      <w:sdt>
        <w:sdtPr>
          <w:alias w:val="☐  Dan godišnjeg odmora po vlastitom izboru"/>
          <w:tag w:val="field_121"/>
          <w:id w:val="121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Dan godišnjeg odmora po vlastitom izboru:  </w:t>
      </w:r>
      <w:sdt>
        <w:sdtPr>
          <w:alias w:val="☐  Dan godišnjeg odmora po vlastitom izboru"/>
          <w:tag w:val="field_122"/>
          <w:id w:val="12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prvi put   </w:t>
      </w:r>
      <w:sdt>
        <w:sdtPr>
          <w:alias w:val="☐  Dan godišnjeg odmora po vlastitom izboru"/>
          <w:tag w:val="field_123"/>
          <w:id w:val="123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drugi put u godini</w:t>
      </w:r>
    </w:p>
    <w:p w14:paraId="545B3FB7" w14:textId="77777777" w:rsidR="008C3435" w:rsidRDefault="005C7E4B">
      <w:pPr>
        <w:spacing w:after="45"/>
        <w:ind w:left="28"/>
      </w:pPr>
      <w:sdt>
        <w:sdtPr>
          <w:alias w:val="☐  Drugo korištenje godišnjeg odmora"/>
          <w:tag w:val="field_124"/>
          <w:id w:val="124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Drugo korištenje godišnjeg odmora</w:t>
      </w:r>
    </w:p>
    <w:p w14:paraId="4BA8450B" w14:textId="77777777" w:rsidR="008C3435" w:rsidRDefault="005C7E4B">
      <w:pPr>
        <w:spacing w:after="45"/>
      </w:pPr>
      <w:r>
        <w:t xml:space="preserve">Godišnji odmor za </w:t>
      </w:r>
      <w:sdt>
        <w:sdtPr>
          <w:alias w:val="Godišnji odmor za __________ godinu. Broj traženih radnih dana"/>
          <w:tag w:val="field_125"/>
          <w:id w:val="125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  <w:r>
        <w:t xml:space="preserve"> godinu. Broj traženih radnih dana: </w:t>
      </w:r>
      <w:sdt>
        <w:sdtPr>
          <w:alias w:val="Godišnji odmor za __________ godinu. Broj traženih radnih dana"/>
          <w:tag w:val="field_126"/>
          <w:id w:val="126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116D909D" w14:textId="77777777" w:rsidR="008C3435" w:rsidRDefault="005C7E4B">
      <w:pPr>
        <w:spacing w:after="45"/>
      </w:pPr>
      <w:r>
        <w:t xml:space="preserve">Datum/i ili razdoblje korištenja: </w:t>
      </w:r>
      <w:sdt>
        <w:sdtPr>
          <w:alias w:val="Datum/i ili razdoblje korištenja"/>
          <w:tag w:val="field_127"/>
          <w:id w:val="127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kliknite za unos  </w:t>
          </w:r>
        </w:sdtContent>
      </w:sdt>
    </w:p>
    <w:p w14:paraId="335193CE" w14:textId="77777777" w:rsidR="008C3435" w:rsidRDefault="005C7E4B">
      <w:pPr>
        <w:spacing w:after="45"/>
      </w:pPr>
      <w:r>
        <w:rPr>
          <w:sz w:val="18"/>
        </w:rPr>
        <w:t>Za dan godišnjeg odmora po vlastitom izboru obavijest se podnosi najmanje dva dana ranij</w:t>
      </w:r>
      <w:r>
        <w:rPr>
          <w:sz w:val="18"/>
        </w:rPr>
        <w:t>e.</w:t>
      </w:r>
    </w:p>
    <w:p w14:paraId="5BA00539" w14:textId="77777777" w:rsidR="008C3435" w:rsidRDefault="005C7E4B">
      <w:pPr>
        <w:pStyle w:val="Naslov1"/>
        <w:pBdr>
          <w:top w:val="single" w:sz="8" w:space="7" w:color="6B919F"/>
        </w:pBdr>
        <w:spacing w:before="190" w:after="95"/>
      </w:pPr>
      <w:r>
        <w:t>03    Dokumentacija i podnositelj zahtjeva</w:t>
      </w:r>
    </w:p>
    <w:p w14:paraId="24F54F2C" w14:textId="77777777" w:rsidR="008C3435" w:rsidRDefault="005C7E4B">
      <w:pPr>
        <w:spacing w:after="45"/>
      </w:pPr>
      <w:r>
        <w:rPr>
          <w:sz w:val="18"/>
        </w:rPr>
        <w:t>Dokaz o osnovi plaćenog dopusta (ne ispunjava se za godišnji odmor):</w:t>
      </w:r>
    </w:p>
    <w:p w14:paraId="71EB214D" w14:textId="77777777" w:rsidR="008C3435" w:rsidRDefault="005C7E4B">
      <w:pPr>
        <w:spacing w:after="45"/>
        <w:ind w:left="28"/>
      </w:pPr>
      <w:sdt>
        <w:sdtPr>
          <w:alias w:val="☐  Prilažem dokaz"/>
          <w:tag w:val="field_128"/>
          <w:id w:val="128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Prilažem dokaz: </w:t>
      </w:r>
      <w:sdt>
        <w:sdtPr>
          <w:alias w:val="☐  Prilažem dokaz"/>
          <w:tag w:val="field_129"/>
          <w:id w:val="129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64696A67" w14:textId="77777777" w:rsidR="008C3435" w:rsidRDefault="005C7E4B">
      <w:pPr>
        <w:spacing w:after="45"/>
        <w:ind w:left="28"/>
      </w:pPr>
      <w:sdt>
        <w:sdtPr>
          <w:alias w:val="☐  Dokaz ću dostaviti naknadno do"/>
          <w:tag w:val="field_130"/>
          <w:id w:val="130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Dokaz ću dostaviti naknadno do: </w:t>
      </w:r>
      <w:sdt>
        <w:sdtPr>
          <w:alias w:val="☐  Dokaz ću dostaviti naknadno do"/>
          <w:tag w:val="field_131"/>
          <w:id w:val="131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p w14:paraId="3B23CCC2" w14:textId="77777777" w:rsidR="008C3435" w:rsidRDefault="005C7E4B">
      <w:pPr>
        <w:spacing w:after="45"/>
        <w:ind w:left="28"/>
      </w:pPr>
      <w:sdt>
        <w:sdtPr>
          <w:alias w:val="☐  Dokaz je već dostavljen školi."/>
          <w:tag w:val="field_132"/>
          <w:id w:val="132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Dokaz je već dostavljen školi.</w:t>
      </w:r>
    </w:p>
    <w:p w14:paraId="6772F20F" w14:textId="77777777" w:rsidR="008C3435" w:rsidRDefault="005C7E4B">
      <w:pPr>
        <w:spacing w:after="45"/>
      </w:pPr>
      <w:r>
        <w:t xml:space="preserve">U </w:t>
      </w:r>
      <w:sdt>
        <w:sdtPr>
          <w:alias w:val="U ____________________, dana ____________________"/>
          <w:tag w:val="field_133"/>
          <w:id w:val="133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  <w:r>
        <w:t xml:space="preserve">, dana </w:t>
      </w:r>
      <w:sdt>
        <w:sdtPr>
          <w:alias w:val="U ____________________, dana ____________________"/>
          <w:tag w:val="field_134"/>
          <w:id w:val="134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</w:t>
          </w:r>
          <w:r>
            <w:rPr>
              <w:color w:val="245C70"/>
              <w:shd w:val="clear" w:color="auto" w:fill="EDF4F6"/>
            </w:rPr>
            <w:t xml:space="preserve">  </w:t>
          </w:r>
        </w:sdtContent>
      </w:sdt>
    </w:p>
    <w:p w14:paraId="3FBD2382" w14:textId="77777777" w:rsidR="008C3435" w:rsidRDefault="005C7E4B">
      <w:pPr>
        <w:spacing w:after="45"/>
      </w:pPr>
      <w:r>
        <w:t xml:space="preserve">Ime i prezime zaposlenika/ce: </w:t>
      </w:r>
      <w:sdt>
        <w:sdtPr>
          <w:alias w:val="Potpis zaposlenika/ce"/>
          <w:tag w:val="field_135"/>
          <w:id w:val="135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kliknite za unos  </w:t>
          </w:r>
        </w:sdtContent>
      </w:sdt>
    </w:p>
    <w:p w14:paraId="560807F2" w14:textId="77777777" w:rsidR="008C3435" w:rsidRDefault="005C7E4B">
      <w:pPr>
        <w:pStyle w:val="Naslov1"/>
        <w:pBdr>
          <w:top w:val="single" w:sz="8" w:space="7" w:color="6B919F"/>
        </w:pBdr>
        <w:spacing w:before="190" w:after="95"/>
      </w:pPr>
      <w:r>
        <w:t>04    Suglasnost ravnatelja</w:t>
      </w:r>
    </w:p>
    <w:p w14:paraId="0D25A0F7" w14:textId="77777777" w:rsidR="008C3435" w:rsidRDefault="005C7E4B">
      <w:pPr>
        <w:spacing w:after="45"/>
        <w:ind w:left="28"/>
      </w:pPr>
      <w:sdt>
        <w:sdtPr>
          <w:alias w:val="☐  Odobrava zahtjev.                         ☐  Ne odobrava zahtjev."/>
          <w:tag w:val="field_136"/>
          <w:id w:val="136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Odobrava zahtjev.                         </w:t>
      </w:r>
      <w:sdt>
        <w:sdtPr>
          <w:alias w:val="☐  Odobrava zahtjev.                         ☐  Ne odobrava zahtjev."/>
          <w:tag w:val="field_137"/>
          <w:id w:val="137"/>
          <w14:checkbox>
            <w14:checked w14:val="0"/>
            <w14:checkedState w14:val="2612" w14:font="DejaVu Sans"/>
            <w14:uncheckedState w14:val="2610" w14:font="DejaVu Sans"/>
          </w14:checkbox>
        </w:sdtPr>
        <w:sdtEndPr/>
        <w:sdtContent>
          <w:r>
            <w:rPr>
              <w:color w:val="245C70"/>
            </w:rPr>
            <w:t>☐</w:t>
          </w:r>
        </w:sdtContent>
      </w:sdt>
      <w:r>
        <w:t xml:space="preserve">  Ne odobrava zahtjev.</w:t>
      </w:r>
    </w:p>
    <w:p w14:paraId="779CD33B" w14:textId="77777777" w:rsidR="008C3435" w:rsidRDefault="005C7E4B">
      <w:pPr>
        <w:spacing w:after="45"/>
      </w:pPr>
      <w:r>
        <w:t xml:space="preserve">Napomena / obrazloženje: </w:t>
      </w:r>
      <w:sdt>
        <w:sdtPr>
          <w:alias w:val="Napomena / obrazloženje"/>
          <w:tag w:val="field_138"/>
          <w:id w:val="138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kliknite za unos  </w:t>
          </w:r>
        </w:sdtContent>
      </w:sdt>
    </w:p>
    <w:p w14:paraId="566084C7" w14:textId="77777777" w:rsidR="008C3435" w:rsidRDefault="005C7E4B">
      <w:pPr>
        <w:spacing w:after="45"/>
      </w:pPr>
      <w:r>
        <w:t xml:space="preserve">Datum: </w:t>
      </w:r>
      <w:sdt>
        <w:sdtPr>
          <w:alias w:val="Datum"/>
          <w:tag w:val="field_140"/>
          <w:id w:val="140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  <w:r>
        <w:t xml:space="preserve">       Ime i prezime ravnatelja:</w:t>
      </w:r>
      <w:r>
        <w:t xml:space="preserve"> </w:t>
      </w:r>
      <w:sdt>
        <w:sdtPr>
          <w:alias w:val="Datum"/>
          <w:tag w:val="field_141"/>
          <w:id w:val="141"/>
          <w:showingPlcHdr/>
          <w:text/>
        </w:sdtPr>
        <w:sdtEndPr/>
        <w:sdtContent>
          <w:r>
            <w:rPr>
              <w:color w:val="245C70"/>
              <w:shd w:val="clear" w:color="auto" w:fill="EDF4F6"/>
            </w:rPr>
            <w:t xml:space="preserve">  unos  </w:t>
          </w:r>
        </w:sdtContent>
      </w:sdt>
    </w:p>
    <w:sectPr w:rsidR="008C3435" w:rsidSect="00034616">
      <w:pgSz w:w="11906" w:h="16838"/>
      <w:pgMar w:top="800" w:right="1134" w:bottom="80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2416"/>
    <w:rsid w:val="0029639D"/>
    <w:rsid w:val="00326F90"/>
    <w:rsid w:val="005C7E4B"/>
    <w:rsid w:val="008C3435"/>
    <w:rsid w:val="00AA1D8D"/>
    <w:rsid w:val="00B47730"/>
    <w:rsid w:val="00B9060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0933C"/>
  <w14:defaultImageDpi w14:val="300"/>
  <w15:docId w15:val="{40C9432D-1607-484D-A252-4B94A2F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 w:cs="Calibri"/>
      <w:color w:val="000000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/>
      <w:b/>
      <w:bCs/>
      <w:sz w:val="2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before="140" w:after="220"/>
      <w:contextualSpacing/>
    </w:pPr>
    <w:rPr>
      <w:rFonts w:cstheme="majorBidi"/>
      <w:b/>
      <w:spacing w:val="5"/>
      <w:kern w:val="28"/>
      <w:sz w:val="3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Zahtjev za plaćeni dopust ili godišnji odmor</dc:title>
  <dc:subject/>
  <dc:creator>Osnovna škola Popovac</dc:creator>
  <cp:keywords/>
  <dc:description>generated by python-docx</dc:description>
  <cp:lastModifiedBy>Željko Predojević</cp:lastModifiedBy>
  <cp:revision>2</cp:revision>
  <dcterms:created xsi:type="dcterms:W3CDTF">2026-09-30T10:29:00Z</dcterms:created>
  <dcterms:modified xsi:type="dcterms:W3CDTF">2026-09-30T10:29:00Z</dcterms:modified>
  <cp:category/>
</cp:coreProperties>
</file>